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ASSOCIAZIONE NOI CON LORO ODV</w:t>
      </w:r>
    </w:p>
    <w:p>
      <w:pPr>
        <w:jc w:val="center"/>
      </w:pPr>
      <w:r>
        <w:rPr>
          <w:b/>
          <w:sz w:val="26"/>
        </w:rPr>
        <w:t>DOMANDA DI AMMISSIONE A SOCIO</w:t>
      </w:r>
    </w:p>
    <w:p>
      <w:pPr>
        <w:spacing w:after="60"/>
      </w:pPr>
      <w:r>
        <w:rPr>
          <w:b/>
        </w:rPr>
        <w:t xml:space="preserve">Cognome </w:t>
      </w:r>
      <w:r>
        <w:t>_______________________________________________________</w:t>
      </w:r>
    </w:p>
    <w:p>
      <w:pPr>
        <w:spacing w:after="60"/>
      </w:pPr>
      <w:r>
        <w:rPr>
          <w:b/>
        </w:rPr>
        <w:t xml:space="preserve">Nome </w:t>
      </w:r>
      <w:r>
        <w:t>_______________________________________________________</w:t>
      </w:r>
    </w:p>
    <w:p>
      <w:pPr>
        <w:spacing w:after="60"/>
      </w:pPr>
      <w:r>
        <w:rPr>
          <w:b/>
        </w:rPr>
        <w:t xml:space="preserve">Nato/a a </w:t>
      </w:r>
      <w:r>
        <w:t>_______________________________________________________</w:t>
      </w:r>
    </w:p>
    <w:p>
      <w:pPr>
        <w:spacing w:after="60"/>
      </w:pPr>
      <w:r>
        <w:rPr>
          <w:b/>
        </w:rPr>
        <w:t xml:space="preserve">Provincia e data di nascita </w:t>
      </w:r>
      <w:r>
        <w:t>_______________________________________________________</w:t>
      </w:r>
    </w:p>
    <w:p>
      <w:pPr>
        <w:spacing w:after="60"/>
      </w:pPr>
      <w:r>
        <w:rPr>
          <w:b/>
        </w:rPr>
        <w:t xml:space="preserve">Codice fiscale </w:t>
      </w:r>
      <w:r>
        <w:t>_______________________________________________________</w:t>
      </w:r>
    </w:p>
    <w:p>
      <w:pPr>
        <w:spacing w:after="60"/>
      </w:pPr>
      <w:r>
        <w:rPr>
          <w:b/>
        </w:rPr>
        <w:t xml:space="preserve">Residente in </w:t>
      </w:r>
      <w:r>
        <w:t>_______________________________________________________</w:t>
      </w:r>
    </w:p>
    <w:p>
      <w:pPr>
        <w:spacing w:after="60"/>
      </w:pPr>
      <w:r>
        <w:rPr>
          <w:b/>
        </w:rPr>
        <w:t xml:space="preserve">CAP – Comune – Provincia </w:t>
      </w:r>
      <w:r>
        <w:t>_______________________________________________________</w:t>
      </w:r>
    </w:p>
    <w:p>
      <w:pPr>
        <w:spacing w:after="60"/>
      </w:pPr>
      <w:r>
        <w:rPr>
          <w:b/>
        </w:rPr>
        <w:t xml:space="preserve">Telefono </w:t>
      </w:r>
      <w:r>
        <w:t>_______________________________________________________</w:t>
      </w:r>
    </w:p>
    <w:p>
      <w:pPr>
        <w:spacing w:after="60"/>
      </w:pPr>
      <w:r>
        <w:rPr>
          <w:b/>
        </w:rPr>
        <w:t xml:space="preserve">E-mail </w:t>
      </w:r>
      <w:r>
        <w:t>_______________________________________________________</w:t>
      </w:r>
    </w:p>
    <w:p>
      <w:pPr>
        <w:jc w:val="center"/>
      </w:pPr>
      <w:r>
        <w:rPr>
          <w:b/>
          <w:sz w:val="24"/>
        </w:rPr>
        <w:t>CHIEDE</w:t>
      </w:r>
    </w:p>
    <w:p>
      <w:pPr>
        <w:jc w:val="both"/>
      </w:pPr>
      <w:r>
        <w:t>di essere ammesso/a, in qualità di socio/a, all’Associazione Noi con Loro ODV, dichiarando di condividerne le finalità istituzionali, civiche, solidaristiche e di utilità sociale.</w:t>
      </w:r>
    </w:p>
    <w:p>
      <w:r>
        <w:t>A tal fine, il/la sottoscritto/a dichiara:</w:t>
      </w:r>
    </w:p>
    <w:p>
      <w:pPr>
        <w:pStyle w:val="ListBullet"/>
      </w:pPr>
      <w:r>
        <w:t>di aver preso visione dello Statuto dell’Associazione e di accettarne integralmente le disposizioni;</w:t>
      </w:r>
    </w:p>
    <w:p>
      <w:pPr>
        <w:pStyle w:val="ListBullet"/>
      </w:pPr>
      <w:r>
        <w:t>di impegnarsi a rispettare lo Statuto, gli eventuali regolamenti interni e le deliberazioni adottate dagli organi associativi competenti;</w:t>
      </w:r>
    </w:p>
    <w:p>
      <w:pPr>
        <w:pStyle w:val="ListBullet"/>
      </w:pPr>
      <w:r>
        <w:t>di impegnarsi al pagamento dell’eventuale quota associativa annuale nella misura e secondo le modalità stabilite dagli organi competenti;</w:t>
      </w:r>
    </w:p>
    <w:p>
      <w:pPr>
        <w:pStyle w:val="ListBullet"/>
      </w:pPr>
      <w:r>
        <w:t>di essere consapevole che la presentazione della domanda non comporta automaticamente l’acquisizione della qualità di socio, che decorrerà dall’accettazione secondo quanto previsto dallo Statuto;</w:t>
      </w:r>
    </w:p>
    <w:p>
      <w:pPr>
        <w:pStyle w:val="ListBullet"/>
      </w:pPr>
      <w:r>
        <w:t>di impegnarsi a comunicare all’Associazione eventuali variazioni dei dati personali e dei recapiti indicati.</w:t>
      </w:r>
    </w:p>
    <w:p>
      <w:r>
        <w:br/>
        <w:t>Luogo e data: __________________________________________</w:t>
      </w:r>
    </w:p>
    <w:p>
      <w:r>
        <w:t>Firma del richiedente: __________________________________________</w:t>
      </w:r>
    </w:p>
    <w:p>
      <w:r>
        <w:br w:type="page"/>
      </w:r>
    </w:p>
    <w:p>
      <w:pPr>
        <w:jc w:val="center"/>
      </w:pPr>
      <w:r>
        <w:rPr>
          <w:b/>
          <w:sz w:val="26"/>
        </w:rPr>
        <w:t>INFORMATIVA SUL TRATTAMENTO DEI DATI PERSONALI</w:t>
      </w:r>
    </w:p>
    <w:p>
      <w:pPr>
        <w:jc w:val="center"/>
      </w:pPr>
      <w:r>
        <w:rPr>
          <w:i/>
        </w:rPr>
        <w:t>ai sensi dell’art. 13 del Regolamento (UE) 2016/679 – GDPR</w:t>
      </w:r>
    </w:p>
    <w:p>
      <w:pPr>
        <w:jc w:val="both"/>
      </w:pPr>
      <w:r>
        <w:t>L’Associazione Noi con Loro ODV, in qualità di Titolare del trattamento, informa l’interessato che i dati personali forniti mediante la presente domanda saranno trattati nel rispetto del Regolamento (UE) 2016/679 (GDPR) e della normativa nazionale vigente in materia di protezione dei dati personali.</w:t>
      </w:r>
    </w:p>
    <w:p>
      <w:pPr>
        <w:spacing w:before="100" w:after="40"/>
      </w:pPr>
      <w:r>
        <w:rPr>
          <w:b/>
        </w:rPr>
        <w:t>1. Titolare del trattamento</w:t>
      </w:r>
    </w:p>
    <w:p>
      <w:pPr>
        <w:spacing w:after="60"/>
        <w:jc w:val="both"/>
      </w:pPr>
      <w:r>
        <w:t>Il Titolare del trattamento è l’Associazione Noi con Loro ODV.</w:t>
      </w:r>
    </w:p>
    <w:p>
      <w:pPr>
        <w:spacing w:after="60"/>
        <w:jc w:val="both"/>
      </w:pPr>
      <w:r>
        <w:t>Sede: Via Morelli e Silvati 13/A - 83100 Avellino</w:t>
      </w:r>
    </w:p>
    <w:p>
      <w:pPr>
        <w:spacing w:after="60"/>
        <w:jc w:val="both"/>
      </w:pPr>
      <w:r>
        <w:t>E-mail: info@noiconloro.it</w:t>
      </w:r>
    </w:p>
    <w:p>
      <w:pPr>
        <w:spacing w:after="60"/>
        <w:jc w:val="both"/>
      </w:pPr>
      <w:r>
        <w:t>PEC: noiconloro@pec.it</w:t>
      </w:r>
    </w:p>
    <w:p>
      <w:pPr>
        <w:spacing w:before="100" w:after="40"/>
      </w:pPr>
      <w:r>
        <w:rPr>
          <w:b/>
        </w:rPr>
        <w:t>2. Dati personali trattati</w:t>
      </w:r>
    </w:p>
    <w:p>
      <w:pPr>
        <w:spacing w:after="60"/>
        <w:jc w:val="both"/>
      </w:pPr>
      <w:r>
        <w:t>Potranno essere trattati, nei limiti necessari alla gestione del rapporto associativo, dati anagrafici, codice fiscale, indirizzo di residenza, recapiti telefonici, indirizzo e-mail, dati relativi all’iscrizione e alla partecipazione alla vita associativa e dati amministrativi e contabili relativi al rapporto associativo. Eventuali categorie particolari di dati personali saranno trattate esclusivamente quando necessario e nel rispetto delle condizioni previste dalla normativa applicabile.</w:t>
      </w:r>
    </w:p>
    <w:p>
      <w:pPr>
        <w:spacing w:before="100" w:after="40"/>
      </w:pPr>
      <w:r>
        <w:rPr>
          <w:b/>
        </w:rPr>
        <w:t>3. Finalità del trattamento</w:t>
      </w:r>
    </w:p>
    <w:p>
      <w:pPr>
        <w:spacing w:after="60"/>
        <w:jc w:val="both"/>
      </w:pPr>
      <w:r>
        <w:t>Esame e gestione della domanda di ammissione; instaurazione e gestione del rapporto associativo; tenuta e aggiornamento del libro degli associati e degli altri registri previsti; comunicazioni con il socio; convocazione delle assemblee; esercizio dei diritti previsti dallo Statuto; gestione delle quote associative e degli adempimenti amministrativi e contabili; adempimento degli obblighi di legge applicabili agli Enti del Terzo Settore; tutela dei diritti del Titolare.</w:t>
      </w:r>
    </w:p>
    <w:p>
      <w:pPr>
        <w:spacing w:before="100" w:after="40"/>
      </w:pPr>
      <w:r>
        <w:rPr>
          <w:b/>
        </w:rPr>
        <w:t>4. Base giuridica del trattamento</w:t>
      </w:r>
    </w:p>
    <w:p>
      <w:pPr>
        <w:spacing w:after="60"/>
        <w:jc w:val="both"/>
      </w:pPr>
      <w:r>
        <w:t>Il trattamento dei dati necessario alla gestione della domanda e del rapporto associativo non richiede uno specifico consenso quando trova fondamento nell’esecuzione del rapporto associativo, nelle misure richieste dall’interessato prima dell’ammissione e nell’adempimento degli obblighi di legge. L’eventuale consenso sarà richiesto separatamente per i trattamenti ulteriori per i quali costituisca la corretta base giuridica.</w:t>
      </w:r>
    </w:p>
    <w:p>
      <w:pPr>
        <w:spacing w:before="100" w:after="40"/>
      </w:pPr>
      <w:r>
        <w:rPr>
          <w:b/>
        </w:rPr>
        <w:t>5. Modalità del trattamento</w:t>
      </w:r>
    </w:p>
    <w:p>
      <w:pPr>
        <w:spacing w:after="60"/>
        <w:jc w:val="both"/>
      </w:pPr>
      <w:r>
        <w:t>Il trattamento sarà effettuato con strumenti cartacei e/o elettronici, adottando misure tecniche e organizzative adeguate a garantire sicurezza, riservatezza, integrità e disponibilità dei dati. I dati saranno trattati da soggetti autorizzati e adeguatamente istruiti o da soggetti esterni eventualmente nominati responsabili del trattamento.</w:t>
      </w:r>
    </w:p>
    <w:p>
      <w:pPr>
        <w:spacing w:before="100" w:after="40"/>
      </w:pPr>
      <w:r>
        <w:rPr>
          <w:b/>
        </w:rPr>
        <w:t>6. Comunicazione dei dati</w:t>
      </w:r>
    </w:p>
    <w:p>
      <w:pPr>
        <w:spacing w:after="60"/>
        <w:jc w:val="both"/>
      </w:pPr>
      <w:r>
        <w:t>I dati potranno essere comunicati, nei limiti strettamente necessari, a consulenti e professionisti dell’Associazione, istituti bancari, fornitori di servizi amministrativi e informatici, Pubbliche Amministrazioni, autorità competenti e altri soggetti ai quali la comunicazione sia prevista da obblighi di legge. I dati non saranno diffusi salvo nei casi consentiti dalla legge o in presenza di idonea base giuridica.</w:t>
      </w:r>
    </w:p>
    <w:p>
      <w:pPr>
        <w:spacing w:before="100" w:after="40"/>
      </w:pPr>
      <w:r>
        <w:rPr>
          <w:b/>
        </w:rPr>
        <w:t>7. Periodo di conservazione</w:t>
      </w:r>
    </w:p>
    <w:p>
      <w:pPr>
        <w:spacing w:after="60"/>
        <w:jc w:val="both"/>
      </w:pPr>
      <w:r>
        <w:t>I dati saranno conservati per tutta la durata del rapporto associativo e, successivamente alla sua cessazione, per il periodo necessario all’adempimento degli obblighi di legge, amministrativi, contabili e fiscali e alla tutela dei diritti dell’Associazione.</w:t>
      </w:r>
    </w:p>
    <w:p>
      <w:pPr>
        <w:spacing w:before="100" w:after="40"/>
      </w:pPr>
      <w:r>
        <w:rPr>
          <w:b/>
        </w:rPr>
        <w:t>8. Diritti dell’interessato</w:t>
      </w:r>
    </w:p>
    <w:p>
      <w:pPr>
        <w:spacing w:after="60"/>
        <w:jc w:val="both"/>
      </w:pPr>
      <w:r>
        <w:t>L’interessato può esercitare, nei casi previsti dagli artt. 15 e seguenti del GDPR, i diritti di accesso, rettifica, cancellazione, limitazione del trattamento, portabilità e opposizione, nonché revocare in qualsiasi momento il consenso per i trattamenti basati sul consenso, senza pregiudicare la liceità del trattamento precedente alla revoca. È inoltre possibile proporre reclamo al Garante per la protezione dei dati personali.</w:t>
      </w:r>
    </w:p>
    <w:p>
      <w:pPr>
        <w:jc w:val="center"/>
      </w:pPr>
      <w:r>
        <w:rPr>
          <w:b/>
        </w:rPr>
        <w:t>PRESA VISIONE DELL’INFORMATIVA</w:t>
      </w:r>
    </w:p>
    <w:p>
      <w:r>
        <w:t>Il/La sottoscritto/a dichiara di aver ricevuto, letto e compreso la presente informativa sul trattamento dei dati personali.</w:t>
      </w:r>
    </w:p>
    <w:p>
      <w:r>
        <w:t>Luogo e data: __________________________________________</w:t>
      </w:r>
    </w:p>
    <w:p>
      <w:r>
        <w:t>Firma dell’interessato: __________________________________________</w:t>
      </w:r>
    </w:p>
    <w:p>
      <w:r>
        <w:br w:type="page"/>
      </w:r>
    </w:p>
    <w:p>
      <w:pPr>
        <w:jc w:val="center"/>
      </w:pPr>
      <w:r>
        <w:rPr>
          <w:b/>
          <w:sz w:val="26"/>
        </w:rPr>
        <w:t>CONSENSI FACOLTATIVI</w:t>
      </w:r>
    </w:p>
    <w:p>
      <w:r>
        <w:rPr>
          <w:b/>
        </w:rPr>
        <w:t>Comunicazioni relative alle attività associative</w:t>
      </w:r>
    </w:p>
    <w:p>
      <w:r>
        <w:t>Acconsento a ricevere, tramite e-mail, telefono, SMS o sistemi di messaggistica quali WhatsApp, informazioni relative alle attività, iniziative, eventi e progetti promossi dall’Associazione. La mancata prestazione del consenso non pregiudica l’iscrizione e la partecipazione alla vita associativa.</w:t>
      </w:r>
    </w:p>
    <w:p>
      <w:r>
        <w:t>☐ ACCONSENTO        ☐ NON ACCONSENTO</w:t>
      </w:r>
    </w:p>
    <w:p>
      <w:r>
        <w:t>Firma: _________________________________________________</w:t>
      </w:r>
    </w:p>
    <w:p>
      <w:r>
        <w:rPr>
          <w:b/>
        </w:rPr>
        <w:t>Fotografie e riprese audio/video</w:t>
      </w:r>
    </w:p>
    <w:p>
      <w:r>
        <w:t>Acconsento alla realizzazione e all’utilizzo gratuito di fotografie e/o riprese audio-video nelle quali potrei essere riconoscibile, effettuate durante eventi, manifestazioni o attività dell’Associazione, per finalità informative e di documentazione delle attività istituzionali, mediante pubblicazione sui propri canali istituzionali, sito internet e social network. Il consenso è facoltativo e potrà essere revocato per il futuro secondo la normativa applicabile.</w:t>
      </w:r>
    </w:p>
    <w:p>
      <w:r>
        <w:t>☐ ACCONSENTO        ☐ NON ACCONSENTO</w:t>
      </w:r>
    </w:p>
    <w:p>
      <w:r>
        <w:t>Firma: _________________________________________________</w:t>
      </w:r>
    </w:p>
    <w:p>
      <w:pPr>
        <w:jc w:val="center"/>
      </w:pPr>
      <w:r>
        <w:rPr>
          <w:b/>
          <w:sz w:val="24"/>
        </w:rPr>
        <w:t>PARTE RISERVATA ALL’ASSOCIAZIONE</w:t>
      </w:r>
    </w:p>
    <w:p>
      <w:r>
        <w:t>Domanda ricevuta in data: ____ / ____ / __________</w:t>
      </w:r>
    </w:p>
    <w:p>
      <w:r>
        <w:t>Esito:   ☐ ACCOLTA      ☐ NON ACCOLTA</w:t>
      </w:r>
    </w:p>
    <w:p>
      <w:r>
        <w:t>Deliberazione / decisione del: ____ / ____ / __________</w:t>
      </w:r>
    </w:p>
    <w:p>
      <w:r>
        <w:t>Numero socio: ___________________________________________</w:t>
      </w:r>
    </w:p>
    <w:p>
      <w:r>
        <w:t>Annotazione nel libro degli associati in data: ____ / ____ / __________</w:t>
      </w:r>
    </w:p>
    <w:p>
      <w:r>
        <w:t>Il Presidente / Organo competente: ___________________________________________</w:t>
      </w:r>
    </w:p>
    <w:p>
      <w:r>
        <w:t>Firma: 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Associazione Noi con Loro ODV – Domanda di ammissione a socio e informativa privacy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